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358" w:rsidRPr="00002E66" w:rsidRDefault="008661DC" w:rsidP="006C5EBC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TITLE…</w:t>
      </w:r>
    </w:p>
    <w:p w:rsidR="00B443ED" w:rsidRPr="000E2388" w:rsidRDefault="00B443ED" w:rsidP="006C5EBC">
      <w:pPr>
        <w:jc w:val="center"/>
      </w:pPr>
    </w:p>
    <w:p w:rsidR="00451B43" w:rsidRDefault="00451B43" w:rsidP="00451B43">
      <w:pPr>
        <w:pStyle w:val="a"/>
        <w:jc w:val="center"/>
        <w:rPr>
          <w:b/>
          <w:bCs/>
          <w:sz w:val="20"/>
          <w:szCs w:val="20"/>
        </w:rPr>
      </w:pPr>
      <w:r w:rsidRPr="00B443ED">
        <w:rPr>
          <w:b/>
          <w:bCs/>
          <w:sz w:val="20"/>
          <w:szCs w:val="20"/>
        </w:rPr>
        <w:t>Autho</w:t>
      </w:r>
      <w:r w:rsidRPr="008661DC">
        <w:rPr>
          <w:b/>
          <w:bCs/>
          <w:sz w:val="20"/>
          <w:szCs w:val="20"/>
        </w:rPr>
        <w:t>r</w:t>
      </w:r>
      <w:r w:rsidRPr="008661DC">
        <w:rPr>
          <w:b/>
          <w:sz w:val="20"/>
          <w:szCs w:val="20"/>
        </w:rPr>
        <w:t>:</w:t>
      </w:r>
      <w:r w:rsidRPr="00B443ED">
        <w:rPr>
          <w:spacing w:val="3"/>
          <w:sz w:val="20"/>
          <w:szCs w:val="20"/>
        </w:rPr>
        <w:t xml:space="preserve"> </w:t>
      </w:r>
      <w:r w:rsidR="008661DC">
        <w:rPr>
          <w:b/>
          <w:bCs/>
          <w:sz w:val="20"/>
          <w:szCs w:val="20"/>
        </w:rPr>
        <w:t>…</w:t>
      </w:r>
    </w:p>
    <w:p w:rsidR="00451B43" w:rsidRPr="00B443ED" w:rsidRDefault="00451B43" w:rsidP="00451B43">
      <w:pPr>
        <w:pStyle w:val="a0"/>
        <w:spacing w:before="44"/>
        <w:ind w:left="550" w:right="550"/>
        <w:jc w:val="center"/>
        <w:rPr>
          <w:sz w:val="20"/>
          <w:szCs w:val="20"/>
        </w:rPr>
      </w:pPr>
      <w:r w:rsidRPr="00B443ED">
        <w:rPr>
          <w:color w:val="231F20"/>
          <w:spacing w:val="-4"/>
          <w:sz w:val="20"/>
          <w:szCs w:val="20"/>
        </w:rPr>
        <w:t>Department</w:t>
      </w:r>
      <w:r w:rsidRPr="00B443ED">
        <w:rPr>
          <w:color w:val="231F20"/>
          <w:spacing w:val="-8"/>
          <w:sz w:val="20"/>
          <w:szCs w:val="20"/>
        </w:rPr>
        <w:t xml:space="preserve"> </w:t>
      </w:r>
      <w:r w:rsidRPr="00B443ED">
        <w:rPr>
          <w:color w:val="231F20"/>
          <w:spacing w:val="-4"/>
          <w:sz w:val="20"/>
          <w:szCs w:val="20"/>
        </w:rPr>
        <w:t>of</w:t>
      </w:r>
      <w:r w:rsidRPr="00B443ED">
        <w:rPr>
          <w:color w:val="231F20"/>
          <w:spacing w:val="-8"/>
          <w:sz w:val="20"/>
          <w:szCs w:val="20"/>
        </w:rPr>
        <w:t xml:space="preserve"> </w:t>
      </w:r>
      <w:r w:rsidR="008661DC">
        <w:rPr>
          <w:sz w:val="20"/>
          <w:szCs w:val="20"/>
        </w:rPr>
        <w:t>…</w:t>
      </w:r>
      <w:r w:rsidRPr="00B443ED">
        <w:rPr>
          <w:color w:val="231F20"/>
          <w:spacing w:val="-4"/>
          <w:sz w:val="20"/>
          <w:szCs w:val="20"/>
        </w:rPr>
        <w:t>,</w:t>
      </w:r>
      <w:r w:rsidRPr="00B443ED">
        <w:rPr>
          <w:color w:val="231F20"/>
          <w:spacing w:val="-8"/>
          <w:sz w:val="20"/>
          <w:szCs w:val="20"/>
        </w:rPr>
        <w:t xml:space="preserve"> </w:t>
      </w:r>
      <w:r w:rsidRPr="00B443ED">
        <w:rPr>
          <w:sz w:val="20"/>
          <w:szCs w:val="20"/>
        </w:rPr>
        <w:t>University</w:t>
      </w:r>
      <w:r w:rsidR="008661DC">
        <w:rPr>
          <w:sz w:val="20"/>
          <w:szCs w:val="20"/>
        </w:rPr>
        <w:t xml:space="preserve"> of …</w:t>
      </w:r>
      <w:r w:rsidRPr="00B443ED">
        <w:rPr>
          <w:color w:val="231F20"/>
          <w:spacing w:val="-4"/>
          <w:sz w:val="20"/>
          <w:szCs w:val="20"/>
        </w:rPr>
        <w:t>.</w:t>
      </w:r>
    </w:p>
    <w:p w:rsidR="00451B43" w:rsidRPr="008661DC" w:rsidRDefault="00451B43" w:rsidP="00451B43">
      <w:pPr>
        <w:pStyle w:val="a"/>
        <w:jc w:val="center"/>
        <w:rPr>
          <w:sz w:val="20"/>
          <w:szCs w:val="20"/>
        </w:rPr>
      </w:pPr>
      <w:r w:rsidRPr="008661DC">
        <w:rPr>
          <w:b/>
          <w:color w:val="231F20"/>
          <w:spacing w:val="-5"/>
          <w:sz w:val="20"/>
          <w:szCs w:val="20"/>
        </w:rPr>
        <w:t>Email</w:t>
      </w:r>
      <w:r w:rsidRPr="008661DC">
        <w:rPr>
          <w:color w:val="231F20"/>
          <w:spacing w:val="-5"/>
          <w:sz w:val="20"/>
          <w:szCs w:val="20"/>
        </w:rPr>
        <w:t>:</w:t>
      </w:r>
      <w:r w:rsidRPr="008661DC">
        <w:rPr>
          <w:color w:val="231F20"/>
          <w:spacing w:val="-9"/>
          <w:sz w:val="20"/>
          <w:szCs w:val="20"/>
        </w:rPr>
        <w:t xml:space="preserve"> </w:t>
      </w:r>
      <w:r w:rsidR="008661DC" w:rsidRPr="008661DC">
        <w:rPr>
          <w:sz w:val="20"/>
          <w:szCs w:val="20"/>
          <w:u w:color="0000FF"/>
        </w:rPr>
        <w:t>………………………………….</w:t>
      </w:r>
    </w:p>
    <w:p w:rsidR="00451B43" w:rsidRPr="00B443ED" w:rsidRDefault="00EA073A" w:rsidP="00EA073A">
      <w:pPr>
        <w:jc w:val="center"/>
        <w:rPr>
          <w:szCs w:val="20"/>
          <w:u w:color="0000FF"/>
        </w:rPr>
      </w:pPr>
      <w:r w:rsidRPr="00B443ED">
        <w:rPr>
          <w:b/>
          <w:spacing w:val="-2"/>
          <w:szCs w:val="20"/>
          <w:u w:color="0000FF"/>
        </w:rPr>
        <w:t>ORCID</w:t>
      </w:r>
      <w:r w:rsidRPr="00B443ED">
        <w:rPr>
          <w:spacing w:val="-2"/>
          <w:szCs w:val="20"/>
          <w:u w:color="0000FF"/>
        </w:rPr>
        <w:t xml:space="preserve">: </w:t>
      </w:r>
      <w:r w:rsidR="008661DC">
        <w:rPr>
          <w:szCs w:val="20"/>
          <w:u w:color="0000FF"/>
        </w:rPr>
        <w:t>………………………………….</w:t>
      </w:r>
    </w:p>
    <w:p w:rsidR="002225CF" w:rsidRDefault="00451B43" w:rsidP="008661DC">
      <w:pPr>
        <w:pStyle w:val="a"/>
        <w:jc w:val="center"/>
        <w:rPr>
          <w:sz w:val="20"/>
          <w:szCs w:val="20"/>
        </w:rPr>
      </w:pPr>
      <w:r w:rsidRPr="00800D14">
        <w:rPr>
          <w:b/>
          <w:color w:val="231F20"/>
          <w:sz w:val="20"/>
          <w:szCs w:val="20"/>
        </w:rPr>
        <w:t>How</w:t>
      </w:r>
      <w:r w:rsidRPr="00800D14">
        <w:rPr>
          <w:b/>
          <w:color w:val="231F20"/>
          <w:spacing w:val="-7"/>
          <w:sz w:val="20"/>
          <w:szCs w:val="20"/>
        </w:rPr>
        <w:t xml:space="preserve"> </w:t>
      </w:r>
      <w:r w:rsidRPr="00800D14">
        <w:rPr>
          <w:b/>
          <w:color w:val="231F20"/>
          <w:sz w:val="20"/>
          <w:szCs w:val="20"/>
        </w:rPr>
        <w:t>to</w:t>
      </w:r>
      <w:r w:rsidRPr="00800D14">
        <w:rPr>
          <w:b/>
          <w:color w:val="231F20"/>
          <w:spacing w:val="-6"/>
          <w:sz w:val="20"/>
          <w:szCs w:val="20"/>
        </w:rPr>
        <w:t xml:space="preserve"> </w:t>
      </w:r>
      <w:r w:rsidRPr="00800D14">
        <w:rPr>
          <w:b/>
          <w:color w:val="231F20"/>
          <w:spacing w:val="-2"/>
          <w:sz w:val="20"/>
          <w:szCs w:val="20"/>
        </w:rPr>
        <w:t>cite:</w:t>
      </w:r>
      <w:r w:rsidR="00F60334" w:rsidRPr="00800D14">
        <w:rPr>
          <w:b/>
          <w:color w:val="231F20"/>
          <w:spacing w:val="-2"/>
          <w:sz w:val="20"/>
          <w:szCs w:val="20"/>
        </w:rPr>
        <w:t xml:space="preserve"> </w:t>
      </w:r>
      <w:r w:rsidR="008661DC">
        <w:rPr>
          <w:sz w:val="20"/>
          <w:szCs w:val="20"/>
        </w:rPr>
        <w:t>Authors</w:t>
      </w:r>
      <w:r w:rsidRPr="00800D14">
        <w:rPr>
          <w:sz w:val="20"/>
          <w:szCs w:val="20"/>
        </w:rPr>
        <w:t xml:space="preserve"> (</w:t>
      </w:r>
      <w:r w:rsidR="008661DC">
        <w:rPr>
          <w:sz w:val="20"/>
          <w:szCs w:val="20"/>
        </w:rPr>
        <w:t>year</w:t>
      </w:r>
      <w:r w:rsidRPr="00800D14">
        <w:rPr>
          <w:sz w:val="20"/>
          <w:szCs w:val="20"/>
        </w:rPr>
        <w:t xml:space="preserve">). </w:t>
      </w:r>
      <w:r w:rsidR="008661DC">
        <w:rPr>
          <w:sz w:val="20"/>
          <w:szCs w:val="20"/>
        </w:rPr>
        <w:t>Title</w:t>
      </w:r>
      <w:r w:rsidR="00CC0E16" w:rsidRPr="00800D14">
        <w:rPr>
          <w:sz w:val="20"/>
          <w:szCs w:val="20"/>
        </w:rPr>
        <w:t xml:space="preserve">. </w:t>
      </w:r>
      <w:r w:rsidR="00CC0E16" w:rsidRPr="00800D14">
        <w:rPr>
          <w:i/>
          <w:sz w:val="20"/>
          <w:szCs w:val="20"/>
        </w:rPr>
        <w:t>J</w:t>
      </w:r>
      <w:r w:rsidR="00CE16EC">
        <w:rPr>
          <w:i/>
          <w:sz w:val="20"/>
          <w:szCs w:val="20"/>
        </w:rPr>
        <w:t xml:space="preserve">ournal of </w:t>
      </w:r>
      <w:r w:rsidR="008661DC">
        <w:rPr>
          <w:i/>
          <w:sz w:val="20"/>
          <w:szCs w:val="20"/>
        </w:rPr>
        <w:t>…</w:t>
      </w:r>
      <w:r w:rsidR="00CE16EC">
        <w:rPr>
          <w:i/>
          <w:sz w:val="20"/>
          <w:szCs w:val="20"/>
        </w:rPr>
        <w:t xml:space="preserve">, </w:t>
      </w:r>
      <w:proofErr w:type="gramStart"/>
      <w:r w:rsidR="008661DC">
        <w:rPr>
          <w:i/>
          <w:sz w:val="20"/>
          <w:szCs w:val="20"/>
        </w:rPr>
        <w:t>…</w:t>
      </w:r>
      <w:r w:rsidR="00CC0E16" w:rsidRPr="00800D14">
        <w:rPr>
          <w:i/>
          <w:sz w:val="20"/>
          <w:szCs w:val="20"/>
        </w:rPr>
        <w:t>(</w:t>
      </w:r>
      <w:proofErr w:type="gramEnd"/>
      <w:r w:rsidR="008661DC">
        <w:rPr>
          <w:i/>
          <w:sz w:val="20"/>
          <w:szCs w:val="20"/>
        </w:rPr>
        <w:t>…</w:t>
      </w:r>
      <w:r w:rsidRPr="00800D14">
        <w:rPr>
          <w:i/>
          <w:sz w:val="20"/>
          <w:szCs w:val="20"/>
        </w:rPr>
        <w:t xml:space="preserve">), </w:t>
      </w:r>
      <w:r w:rsidR="008661DC">
        <w:rPr>
          <w:i/>
          <w:sz w:val="20"/>
          <w:szCs w:val="20"/>
        </w:rPr>
        <w:t xml:space="preserve">pages </w:t>
      </w:r>
      <w:r w:rsidRPr="00800D14">
        <w:rPr>
          <w:sz w:val="20"/>
          <w:szCs w:val="20"/>
        </w:rPr>
        <w:t>1-</w:t>
      </w:r>
      <w:r w:rsidR="00BA492C">
        <w:rPr>
          <w:sz w:val="20"/>
          <w:szCs w:val="20"/>
        </w:rPr>
        <w:t>3</w:t>
      </w:r>
      <w:bookmarkStart w:id="0" w:name="_GoBack"/>
      <w:bookmarkEnd w:id="0"/>
      <w:r w:rsidR="00A57E2E" w:rsidRPr="00800D14">
        <w:rPr>
          <w:sz w:val="20"/>
          <w:szCs w:val="20"/>
        </w:rPr>
        <w:t>.</w:t>
      </w:r>
    </w:p>
    <w:p w:rsidR="008661DC" w:rsidRDefault="008661DC" w:rsidP="008661DC">
      <w:pPr>
        <w:pStyle w:val="a"/>
        <w:jc w:val="center"/>
        <w:rPr>
          <w:sz w:val="20"/>
          <w:szCs w:val="20"/>
        </w:rPr>
      </w:pPr>
    </w:p>
    <w:p w:rsidR="008661DC" w:rsidRDefault="008661DC" w:rsidP="008661DC">
      <w:pPr>
        <w:pStyle w:val="a"/>
        <w:jc w:val="center"/>
        <w:rPr>
          <w:sz w:val="20"/>
          <w:szCs w:val="20"/>
        </w:rPr>
      </w:pPr>
    </w:p>
    <w:p w:rsidR="008661DC" w:rsidRPr="008661DC" w:rsidRDefault="008661DC" w:rsidP="008661DC">
      <w:pPr>
        <w:pStyle w:val="a"/>
        <w:jc w:val="center"/>
        <w:rPr>
          <w:sz w:val="20"/>
          <w:szCs w:val="20"/>
        </w:rPr>
        <w:sectPr w:rsidR="008661DC" w:rsidRPr="008661DC" w:rsidSect="007755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40" w:right="1800" w:bottom="1440" w:left="1800" w:header="270" w:footer="0" w:gutter="0"/>
          <w:cols w:space="720"/>
          <w:docGrid w:linePitch="360"/>
        </w:sectPr>
      </w:pPr>
    </w:p>
    <w:p w:rsidR="007A6358" w:rsidRPr="000E2388" w:rsidRDefault="00451B43" w:rsidP="00941EAB">
      <w:pPr>
        <w:pStyle w:val="Heading1"/>
        <w:spacing w:before="0" w:after="0"/>
      </w:pPr>
      <w:r w:rsidRPr="000E2388">
        <w:t>ABSTRACT</w:t>
      </w:r>
    </w:p>
    <w:p w:rsidR="008661DC" w:rsidRPr="000E2388" w:rsidRDefault="008661DC" w:rsidP="00941EAB">
      <w:pPr>
        <w:spacing w:before="0"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D4" w:rsidRDefault="006414D4" w:rsidP="00941EAB">
      <w:pPr>
        <w:spacing w:before="0" w:after="0"/>
        <w:rPr>
          <w:b/>
        </w:rPr>
      </w:pPr>
    </w:p>
    <w:p w:rsidR="00775507" w:rsidRDefault="00E22D72" w:rsidP="00941EAB">
      <w:pPr>
        <w:spacing w:before="0" w:after="0"/>
      </w:pPr>
      <w:r w:rsidRPr="00451B43">
        <w:rPr>
          <w:b/>
        </w:rPr>
        <w:t>Keywords</w:t>
      </w:r>
      <w:r w:rsidR="00451B43">
        <w:t xml:space="preserve">: </w:t>
      </w:r>
    </w:p>
    <w:p w:rsidR="006414D4" w:rsidRDefault="006414D4" w:rsidP="00941EAB">
      <w:pPr>
        <w:spacing w:before="0" w:after="0"/>
      </w:pPr>
    </w:p>
    <w:p w:rsidR="007A6358" w:rsidRDefault="00C92028" w:rsidP="00941EAB">
      <w:pPr>
        <w:pStyle w:val="Heading1"/>
        <w:numPr>
          <w:ilvl w:val="0"/>
          <w:numId w:val="11"/>
        </w:numPr>
        <w:spacing w:before="0" w:after="0"/>
      </w:pPr>
      <w:r w:rsidRPr="000E2388">
        <w:t>INTRODUCTION</w:t>
      </w:r>
    </w:p>
    <w:p w:rsidR="008661DC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B9D" w:rsidRPr="008661DC" w:rsidRDefault="00A66B9D" w:rsidP="00A66B9D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B9D" w:rsidRPr="008661DC" w:rsidRDefault="00A66B9D" w:rsidP="00A66B9D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B9D" w:rsidRPr="008661DC" w:rsidRDefault="00A66B9D" w:rsidP="00941EAB">
      <w:pPr>
        <w:spacing w:before="0" w:after="0"/>
        <w:ind w:firstLine="720"/>
      </w:pPr>
    </w:p>
    <w:p w:rsidR="007A6358" w:rsidRPr="000E2388" w:rsidRDefault="007B36DE" w:rsidP="00941EAB">
      <w:pPr>
        <w:pStyle w:val="Heading1"/>
        <w:spacing w:before="0" w:after="0"/>
      </w:pPr>
      <w:r w:rsidRPr="000E2388">
        <w:t xml:space="preserve">2.0 </w:t>
      </w:r>
      <w:r w:rsidR="00C92028" w:rsidRPr="000E2388">
        <w:t>LITERATURE REVIEW</w:t>
      </w:r>
    </w:p>
    <w:p w:rsidR="002656C0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56C0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</w:t>
      </w:r>
    </w:p>
    <w:p w:rsidR="008661DC" w:rsidRPr="000E2388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61DC" w:rsidRPr="000E2388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56C0" w:rsidRPr="000E2388" w:rsidRDefault="002656C0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56C0" w:rsidRDefault="002656C0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D4" w:rsidRPr="000E2388" w:rsidRDefault="006414D4" w:rsidP="00941EAB">
      <w:pPr>
        <w:spacing w:before="0" w:after="0"/>
        <w:ind w:firstLine="720"/>
      </w:pPr>
    </w:p>
    <w:p w:rsidR="007A6358" w:rsidRPr="000E2388" w:rsidRDefault="002D69A0" w:rsidP="00941EAB">
      <w:pPr>
        <w:pStyle w:val="Heading1"/>
        <w:spacing w:before="0" w:after="0"/>
      </w:pPr>
      <w:r w:rsidRPr="000E2388">
        <w:t xml:space="preserve">3.0 </w:t>
      </w:r>
      <w:r w:rsidR="00C92028" w:rsidRPr="000E2388">
        <w:t>MATERIALS AND METHODS</w:t>
      </w:r>
    </w:p>
    <w:p w:rsidR="006414D4" w:rsidRDefault="008661DC" w:rsidP="006414D4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358" w:rsidRPr="000E2388" w:rsidRDefault="00752F0F" w:rsidP="00941EAB">
      <w:pPr>
        <w:pStyle w:val="Heading1"/>
        <w:spacing w:before="0" w:after="0"/>
      </w:pPr>
      <w:r w:rsidRPr="000E2388">
        <w:t xml:space="preserve">4.0 </w:t>
      </w:r>
      <w:r w:rsidR="00C92028" w:rsidRPr="000E2388">
        <w:t>RESULTS</w:t>
      </w:r>
    </w:p>
    <w:p w:rsidR="002656C0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56C0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56C0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61DC" w:rsidRPr="000E2388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D4" w:rsidRDefault="006414D4" w:rsidP="00941EAB">
      <w:pPr>
        <w:pStyle w:val="Heading1"/>
        <w:spacing w:before="0" w:after="0"/>
      </w:pPr>
    </w:p>
    <w:p w:rsidR="00865DA1" w:rsidRPr="000E2388" w:rsidRDefault="00EF613B" w:rsidP="00941EAB">
      <w:pPr>
        <w:pStyle w:val="Heading1"/>
        <w:spacing w:before="0" w:after="0"/>
      </w:pPr>
      <w:r w:rsidRPr="000E2388">
        <w:t xml:space="preserve">5.0 </w:t>
      </w:r>
      <w:r w:rsidR="00C92028" w:rsidRPr="000E2388">
        <w:t>DISCUSSION</w:t>
      </w:r>
    </w:p>
    <w:p w:rsidR="00A048EE" w:rsidRPr="000E2388" w:rsidRDefault="00A048EE" w:rsidP="00A048EE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048EE" w:rsidRPr="000E2388" w:rsidRDefault="00A048EE" w:rsidP="00A048EE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D4" w:rsidRDefault="006414D4" w:rsidP="00941EAB">
      <w:pPr>
        <w:pStyle w:val="Heading1"/>
        <w:spacing w:before="0" w:after="0"/>
      </w:pPr>
    </w:p>
    <w:p w:rsidR="007A6358" w:rsidRPr="000E2388" w:rsidRDefault="006414D4" w:rsidP="00941EAB">
      <w:pPr>
        <w:pStyle w:val="Heading1"/>
        <w:spacing w:before="0" w:after="0"/>
      </w:pPr>
      <w:r>
        <w:t xml:space="preserve">6.0 </w:t>
      </w:r>
      <w:r w:rsidR="00626F58" w:rsidRPr="000E2388">
        <w:t>CONCLUSION</w:t>
      </w:r>
    </w:p>
    <w:p w:rsidR="008661DC" w:rsidRPr="000E2388" w:rsidRDefault="008661DC" w:rsidP="00941EAB">
      <w:pPr>
        <w:spacing w:before="0" w:after="0"/>
        <w:ind w:firstLine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D4" w:rsidRDefault="006414D4" w:rsidP="00941EAB">
      <w:pPr>
        <w:pStyle w:val="Heading1"/>
        <w:spacing w:before="0" w:after="0"/>
      </w:pPr>
    </w:p>
    <w:p w:rsidR="007A6358" w:rsidRPr="000E2388" w:rsidRDefault="00C92028" w:rsidP="00941EAB">
      <w:pPr>
        <w:pStyle w:val="Heading1"/>
        <w:spacing w:before="0" w:after="0"/>
      </w:pPr>
      <w:r w:rsidRPr="000E2388">
        <w:t>REFERENCES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Default="003C3B64" w:rsidP="00941EAB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Default="003C3B64" w:rsidP="00941EAB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Default="003C3B64" w:rsidP="00941EAB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Default="003C3B64" w:rsidP="00941EAB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3C3B64" w:rsidRPr="008661DC" w:rsidRDefault="003C3B64" w:rsidP="00941EAB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Pr="008661DC" w:rsidRDefault="000340F4" w:rsidP="000340F4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Pr="008661DC" w:rsidRDefault="000340F4" w:rsidP="000340F4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Default="000340F4" w:rsidP="000340F4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Pr="008661DC" w:rsidRDefault="000340F4" w:rsidP="000340F4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Pr="008661DC" w:rsidRDefault="000340F4" w:rsidP="000340F4">
      <w:pPr>
        <w:spacing w:before="0" w:after="0"/>
        <w:ind w:left="720" w:hanging="720"/>
        <w:rPr>
          <w:b/>
        </w:rPr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340F4" w:rsidRDefault="000340F4" w:rsidP="000340F4">
      <w:pPr>
        <w:spacing w:before="0" w:after="0"/>
        <w:ind w:left="720" w:hanging="720"/>
      </w:pPr>
      <w:r w:rsidRPr="008661DC">
        <w:rPr>
          <w:b/>
        </w:rPr>
        <w:t>………………………………………………………………………………………………………………………………</w:t>
      </w:r>
    </w:p>
    <w:p w:rsidR="000F1A3E" w:rsidRDefault="000F1A3E" w:rsidP="003C3B64">
      <w:pPr>
        <w:ind w:left="720" w:hanging="720"/>
      </w:pPr>
    </w:p>
    <w:sectPr w:rsidR="000F1A3E" w:rsidSect="00A048EE">
      <w:type w:val="continuous"/>
      <w:pgSz w:w="11906" w:h="16838" w:code="9"/>
      <w:pgMar w:top="720" w:right="720" w:bottom="720" w:left="720" w:header="27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C0D" w:rsidRDefault="004F1C0D" w:rsidP="00E57C10">
      <w:pPr>
        <w:spacing w:before="0" w:after="0"/>
      </w:pPr>
      <w:r>
        <w:separator/>
      </w:r>
    </w:p>
  </w:endnote>
  <w:endnote w:type="continuationSeparator" w:id="0">
    <w:p w:rsidR="004F1C0D" w:rsidRDefault="004F1C0D" w:rsidP="00E57C1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94" w:rsidRDefault="008D2E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94" w:rsidRDefault="008D2E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94" w:rsidRDefault="008D2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C0D" w:rsidRDefault="004F1C0D" w:rsidP="00E57C10">
      <w:pPr>
        <w:spacing w:before="0" w:after="0"/>
      </w:pPr>
      <w:r>
        <w:separator/>
      </w:r>
    </w:p>
  </w:footnote>
  <w:footnote w:type="continuationSeparator" w:id="0">
    <w:p w:rsidR="004F1C0D" w:rsidRDefault="004F1C0D" w:rsidP="00E57C1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94" w:rsidRDefault="008D2E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0231973"/>
      <w:docPartObj>
        <w:docPartGallery w:val="Watermarks"/>
        <w:docPartUnique/>
      </w:docPartObj>
    </w:sdtPr>
    <w:sdtContent>
      <w:p w:rsidR="008D2E94" w:rsidRDefault="008D2E94" w:rsidP="00F1775D">
        <w:pPr>
          <w:shd w:val="clear" w:color="auto" w:fill="000000" w:themeFill="text1"/>
          <w:spacing w:before="0" w:after="0"/>
          <w:ind w:left="-1800" w:right="-1774"/>
          <w:jc w:val="cent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89663580" o:spid="_x0000_s2049" type="#_x0000_t136" style="position:absolute;left:0;text-align:left;margin-left:0;margin-top:0;width:409.85pt;height:175.6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  <w:sdt>
    <w:sdtPr>
      <w:id w:val="15282896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775D" w:rsidRDefault="00F1775D" w:rsidP="00F1775D">
        <w:pPr>
          <w:shd w:val="clear" w:color="auto" w:fill="000000" w:themeFill="text1"/>
          <w:spacing w:before="0" w:after="0"/>
          <w:ind w:left="-1800" w:right="-1774"/>
          <w:jc w:val="center"/>
        </w:pPr>
      </w:p>
      <w:p w:rsidR="00FF1546" w:rsidRDefault="002E4509" w:rsidP="00F1775D">
        <w:pPr>
          <w:shd w:val="clear" w:color="auto" w:fill="000000" w:themeFill="text1"/>
          <w:spacing w:before="0" w:after="0"/>
          <w:ind w:left="-1800" w:right="-1774"/>
          <w:jc w:val="center"/>
          <w:rPr>
            <w:rFonts w:ascii="Times" w:eastAsia="Times New Roman" w:hAnsi="Times" w:cs="Times"/>
            <w:sz w:val="21"/>
            <w:szCs w:val="21"/>
          </w:rPr>
        </w:pPr>
        <w:r w:rsidRPr="002E4509">
          <w:t xml:space="preserve">Journal of </w:t>
        </w:r>
        <w:r w:rsidR="008661DC">
          <w:t>…</w:t>
        </w:r>
        <w:r w:rsidRPr="002E4509">
          <w:t>, Vol</w:t>
        </w:r>
        <w:r w:rsidR="00CE16EC">
          <w:rPr>
            <w:rFonts w:ascii="Times" w:eastAsia="Times New Roman" w:hAnsi="Times" w:cs="Times"/>
            <w:sz w:val="21"/>
            <w:szCs w:val="21"/>
          </w:rPr>
          <w:t xml:space="preserve">. </w:t>
        </w:r>
        <w:r w:rsidR="008661DC">
          <w:rPr>
            <w:rFonts w:ascii="Times" w:eastAsia="Times New Roman" w:hAnsi="Times" w:cs="Times"/>
            <w:sz w:val="21"/>
            <w:szCs w:val="21"/>
          </w:rPr>
          <w:t>…</w:t>
        </w:r>
        <w:r w:rsidRPr="002E4509">
          <w:rPr>
            <w:rFonts w:ascii="Times" w:eastAsia="Times New Roman" w:hAnsi="Times" w:cs="Times"/>
            <w:sz w:val="21"/>
            <w:szCs w:val="21"/>
          </w:rPr>
          <w:t xml:space="preserve">, Issue. </w:t>
        </w:r>
        <w:r w:rsidR="008661DC">
          <w:rPr>
            <w:rFonts w:ascii="Times" w:eastAsia="Times New Roman" w:hAnsi="Times" w:cs="Times"/>
            <w:sz w:val="21"/>
            <w:szCs w:val="21"/>
          </w:rPr>
          <w:t>…</w:t>
        </w:r>
      </w:p>
      <w:p w:rsidR="00F1775D" w:rsidRPr="002E4509" w:rsidRDefault="00F1775D" w:rsidP="00F1775D">
        <w:pPr>
          <w:shd w:val="clear" w:color="auto" w:fill="000000" w:themeFill="text1"/>
          <w:spacing w:before="0" w:after="0"/>
          <w:ind w:left="-1800" w:right="-1774"/>
          <w:jc w:val="center"/>
        </w:pPr>
      </w:p>
      <w:p w:rsidR="00FF1546" w:rsidRPr="002E4509" w:rsidRDefault="00FF1546" w:rsidP="0011300E">
        <w:pPr>
          <w:pStyle w:val="Header"/>
          <w:ind w:right="-1054"/>
          <w:jc w:val="right"/>
        </w:pPr>
        <w:r w:rsidRPr="002E4509">
          <w:fldChar w:fldCharType="begin"/>
        </w:r>
        <w:r w:rsidRPr="002E4509">
          <w:instrText xml:space="preserve"> PAGE   \* MERGEFORMAT </w:instrText>
        </w:r>
        <w:r w:rsidRPr="002E4509">
          <w:fldChar w:fldCharType="separate"/>
        </w:r>
        <w:r w:rsidR="008D2E94">
          <w:rPr>
            <w:noProof/>
          </w:rPr>
          <w:t>1</w:t>
        </w:r>
        <w:r w:rsidRPr="002E4509"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94" w:rsidRDefault="008D2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129FC"/>
    <w:multiLevelType w:val="multilevel"/>
    <w:tmpl w:val="DBFCF674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341668E3"/>
    <w:multiLevelType w:val="hybridMultilevel"/>
    <w:tmpl w:val="497C8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0EA"/>
    <w:rsid w:val="00000426"/>
    <w:rsid w:val="0000166C"/>
    <w:rsid w:val="00002E66"/>
    <w:rsid w:val="00003500"/>
    <w:rsid w:val="000048F5"/>
    <w:rsid w:val="0000526B"/>
    <w:rsid w:val="00010A79"/>
    <w:rsid w:val="00012B3A"/>
    <w:rsid w:val="00012D35"/>
    <w:rsid w:val="00012ED4"/>
    <w:rsid w:val="0001760D"/>
    <w:rsid w:val="00024361"/>
    <w:rsid w:val="00025B28"/>
    <w:rsid w:val="00033E29"/>
    <w:rsid w:val="000340F4"/>
    <w:rsid w:val="00034616"/>
    <w:rsid w:val="0004445E"/>
    <w:rsid w:val="0004688C"/>
    <w:rsid w:val="00046EC1"/>
    <w:rsid w:val="00050AC0"/>
    <w:rsid w:val="00050C85"/>
    <w:rsid w:val="00053CF0"/>
    <w:rsid w:val="00054C17"/>
    <w:rsid w:val="000564AB"/>
    <w:rsid w:val="00060014"/>
    <w:rsid w:val="0006063C"/>
    <w:rsid w:val="00060881"/>
    <w:rsid w:val="00061A49"/>
    <w:rsid w:val="0006253B"/>
    <w:rsid w:val="00064D07"/>
    <w:rsid w:val="000654DA"/>
    <w:rsid w:val="0006650A"/>
    <w:rsid w:val="00067A2A"/>
    <w:rsid w:val="00067EEF"/>
    <w:rsid w:val="000708FC"/>
    <w:rsid w:val="00071306"/>
    <w:rsid w:val="0007647D"/>
    <w:rsid w:val="00076B76"/>
    <w:rsid w:val="00076DE6"/>
    <w:rsid w:val="00077298"/>
    <w:rsid w:val="00077736"/>
    <w:rsid w:val="00080032"/>
    <w:rsid w:val="00080735"/>
    <w:rsid w:val="00083382"/>
    <w:rsid w:val="00085170"/>
    <w:rsid w:val="000858A6"/>
    <w:rsid w:val="00085ED8"/>
    <w:rsid w:val="00086A5E"/>
    <w:rsid w:val="000926DE"/>
    <w:rsid w:val="0009433E"/>
    <w:rsid w:val="00094BF1"/>
    <w:rsid w:val="000A06DD"/>
    <w:rsid w:val="000A3043"/>
    <w:rsid w:val="000A3954"/>
    <w:rsid w:val="000A69F8"/>
    <w:rsid w:val="000B2832"/>
    <w:rsid w:val="000B511B"/>
    <w:rsid w:val="000C0595"/>
    <w:rsid w:val="000C10CE"/>
    <w:rsid w:val="000C235A"/>
    <w:rsid w:val="000C4D6B"/>
    <w:rsid w:val="000D0DE0"/>
    <w:rsid w:val="000D167B"/>
    <w:rsid w:val="000D1CFB"/>
    <w:rsid w:val="000D2EB3"/>
    <w:rsid w:val="000D3226"/>
    <w:rsid w:val="000E2388"/>
    <w:rsid w:val="000E2976"/>
    <w:rsid w:val="000E4213"/>
    <w:rsid w:val="000E4559"/>
    <w:rsid w:val="000E63A7"/>
    <w:rsid w:val="000F026C"/>
    <w:rsid w:val="000F03DA"/>
    <w:rsid w:val="000F1627"/>
    <w:rsid w:val="000F1A3E"/>
    <w:rsid w:val="000F231A"/>
    <w:rsid w:val="000F23D2"/>
    <w:rsid w:val="000F49BB"/>
    <w:rsid w:val="000F6808"/>
    <w:rsid w:val="0010094E"/>
    <w:rsid w:val="00101025"/>
    <w:rsid w:val="00101A33"/>
    <w:rsid w:val="0010228C"/>
    <w:rsid w:val="00104236"/>
    <w:rsid w:val="00104BD4"/>
    <w:rsid w:val="00105B52"/>
    <w:rsid w:val="0011300E"/>
    <w:rsid w:val="00116620"/>
    <w:rsid w:val="00120711"/>
    <w:rsid w:val="00122C9E"/>
    <w:rsid w:val="001233B2"/>
    <w:rsid w:val="00125347"/>
    <w:rsid w:val="00131044"/>
    <w:rsid w:val="001333FC"/>
    <w:rsid w:val="00136400"/>
    <w:rsid w:val="001367CA"/>
    <w:rsid w:val="0013744E"/>
    <w:rsid w:val="00137865"/>
    <w:rsid w:val="001437C8"/>
    <w:rsid w:val="00146B87"/>
    <w:rsid w:val="0015074B"/>
    <w:rsid w:val="001515F1"/>
    <w:rsid w:val="001535FE"/>
    <w:rsid w:val="0015621A"/>
    <w:rsid w:val="00163AE8"/>
    <w:rsid w:val="00167E59"/>
    <w:rsid w:val="00170A2C"/>
    <w:rsid w:val="00171E80"/>
    <w:rsid w:val="001720DC"/>
    <w:rsid w:val="00173526"/>
    <w:rsid w:val="00175B20"/>
    <w:rsid w:val="00180FEC"/>
    <w:rsid w:val="001810DE"/>
    <w:rsid w:val="0018448E"/>
    <w:rsid w:val="0018571A"/>
    <w:rsid w:val="00185B64"/>
    <w:rsid w:val="0018776B"/>
    <w:rsid w:val="00190AAF"/>
    <w:rsid w:val="001924FC"/>
    <w:rsid w:val="00194B72"/>
    <w:rsid w:val="00196558"/>
    <w:rsid w:val="001979A7"/>
    <w:rsid w:val="001A07F9"/>
    <w:rsid w:val="001A2D11"/>
    <w:rsid w:val="001A55A3"/>
    <w:rsid w:val="001B0FE9"/>
    <w:rsid w:val="001B52B5"/>
    <w:rsid w:val="001B7DAD"/>
    <w:rsid w:val="001C0294"/>
    <w:rsid w:val="001C44B1"/>
    <w:rsid w:val="001C7AD2"/>
    <w:rsid w:val="001D07CB"/>
    <w:rsid w:val="001D247A"/>
    <w:rsid w:val="001D2E6A"/>
    <w:rsid w:val="001D5978"/>
    <w:rsid w:val="001D637C"/>
    <w:rsid w:val="001E32C1"/>
    <w:rsid w:val="001E5333"/>
    <w:rsid w:val="001E65C2"/>
    <w:rsid w:val="001F0B32"/>
    <w:rsid w:val="001F3FCB"/>
    <w:rsid w:val="001F4B09"/>
    <w:rsid w:val="001F7826"/>
    <w:rsid w:val="0020084A"/>
    <w:rsid w:val="00200DEA"/>
    <w:rsid w:val="00202236"/>
    <w:rsid w:val="0020392E"/>
    <w:rsid w:val="00204F0F"/>
    <w:rsid w:val="0020611D"/>
    <w:rsid w:val="002068D5"/>
    <w:rsid w:val="002070B1"/>
    <w:rsid w:val="00210A97"/>
    <w:rsid w:val="002129FF"/>
    <w:rsid w:val="0021359E"/>
    <w:rsid w:val="002137F8"/>
    <w:rsid w:val="00215976"/>
    <w:rsid w:val="00216D28"/>
    <w:rsid w:val="002209E9"/>
    <w:rsid w:val="002225CF"/>
    <w:rsid w:val="00223602"/>
    <w:rsid w:val="00223CA0"/>
    <w:rsid w:val="00224C1C"/>
    <w:rsid w:val="00225F3B"/>
    <w:rsid w:val="0022657A"/>
    <w:rsid w:val="00227F3F"/>
    <w:rsid w:val="002304D0"/>
    <w:rsid w:val="00231AB9"/>
    <w:rsid w:val="002333EC"/>
    <w:rsid w:val="0023618D"/>
    <w:rsid w:val="002404BA"/>
    <w:rsid w:val="00241184"/>
    <w:rsid w:val="0024540F"/>
    <w:rsid w:val="0024602A"/>
    <w:rsid w:val="00252A29"/>
    <w:rsid w:val="0025312A"/>
    <w:rsid w:val="00257C1F"/>
    <w:rsid w:val="00261F64"/>
    <w:rsid w:val="00262571"/>
    <w:rsid w:val="00263113"/>
    <w:rsid w:val="002631A3"/>
    <w:rsid w:val="002656C0"/>
    <w:rsid w:val="0027297B"/>
    <w:rsid w:val="002730D6"/>
    <w:rsid w:val="0027480B"/>
    <w:rsid w:val="00274A8F"/>
    <w:rsid w:val="0027528A"/>
    <w:rsid w:val="00276144"/>
    <w:rsid w:val="00277428"/>
    <w:rsid w:val="00284A3E"/>
    <w:rsid w:val="00292525"/>
    <w:rsid w:val="00294C32"/>
    <w:rsid w:val="0029639D"/>
    <w:rsid w:val="002A1237"/>
    <w:rsid w:val="002A1AF1"/>
    <w:rsid w:val="002A2FA9"/>
    <w:rsid w:val="002A7253"/>
    <w:rsid w:val="002B0754"/>
    <w:rsid w:val="002B086A"/>
    <w:rsid w:val="002B1338"/>
    <w:rsid w:val="002B414E"/>
    <w:rsid w:val="002B4BDB"/>
    <w:rsid w:val="002B67D1"/>
    <w:rsid w:val="002C7637"/>
    <w:rsid w:val="002D5C11"/>
    <w:rsid w:val="002D5DF8"/>
    <w:rsid w:val="002D69A0"/>
    <w:rsid w:val="002E2586"/>
    <w:rsid w:val="002E4509"/>
    <w:rsid w:val="002F0C76"/>
    <w:rsid w:val="002F0CB6"/>
    <w:rsid w:val="002F21FC"/>
    <w:rsid w:val="0030092F"/>
    <w:rsid w:val="00305012"/>
    <w:rsid w:val="003066B8"/>
    <w:rsid w:val="00306BC4"/>
    <w:rsid w:val="00306E09"/>
    <w:rsid w:val="00310358"/>
    <w:rsid w:val="00310CC7"/>
    <w:rsid w:val="00312EDD"/>
    <w:rsid w:val="00314AD7"/>
    <w:rsid w:val="00324786"/>
    <w:rsid w:val="0032487D"/>
    <w:rsid w:val="00324A4A"/>
    <w:rsid w:val="00324E92"/>
    <w:rsid w:val="0032620F"/>
    <w:rsid w:val="00326F90"/>
    <w:rsid w:val="0033202C"/>
    <w:rsid w:val="00334E36"/>
    <w:rsid w:val="00337720"/>
    <w:rsid w:val="0034167B"/>
    <w:rsid w:val="003426BC"/>
    <w:rsid w:val="00342AA5"/>
    <w:rsid w:val="003431FE"/>
    <w:rsid w:val="00343D16"/>
    <w:rsid w:val="0034524B"/>
    <w:rsid w:val="00346CE2"/>
    <w:rsid w:val="00347CA5"/>
    <w:rsid w:val="00355460"/>
    <w:rsid w:val="00356957"/>
    <w:rsid w:val="003603F0"/>
    <w:rsid w:val="00360689"/>
    <w:rsid w:val="00360AA8"/>
    <w:rsid w:val="00360F70"/>
    <w:rsid w:val="00361F79"/>
    <w:rsid w:val="00364743"/>
    <w:rsid w:val="003725E7"/>
    <w:rsid w:val="003730D6"/>
    <w:rsid w:val="00374C3C"/>
    <w:rsid w:val="00374D98"/>
    <w:rsid w:val="003757FA"/>
    <w:rsid w:val="00377B50"/>
    <w:rsid w:val="0038136B"/>
    <w:rsid w:val="00382AAD"/>
    <w:rsid w:val="0038349C"/>
    <w:rsid w:val="00390872"/>
    <w:rsid w:val="00394E2A"/>
    <w:rsid w:val="0039671D"/>
    <w:rsid w:val="003A011F"/>
    <w:rsid w:val="003A4C78"/>
    <w:rsid w:val="003B1937"/>
    <w:rsid w:val="003B2E01"/>
    <w:rsid w:val="003B2EF4"/>
    <w:rsid w:val="003B325A"/>
    <w:rsid w:val="003B5071"/>
    <w:rsid w:val="003B5C5A"/>
    <w:rsid w:val="003B60BC"/>
    <w:rsid w:val="003B79EF"/>
    <w:rsid w:val="003C106E"/>
    <w:rsid w:val="003C258A"/>
    <w:rsid w:val="003C2708"/>
    <w:rsid w:val="003C277F"/>
    <w:rsid w:val="003C361B"/>
    <w:rsid w:val="003C3B64"/>
    <w:rsid w:val="003C47F1"/>
    <w:rsid w:val="003C519F"/>
    <w:rsid w:val="003C61C6"/>
    <w:rsid w:val="003C760F"/>
    <w:rsid w:val="003C77DB"/>
    <w:rsid w:val="003D56D2"/>
    <w:rsid w:val="003D5C30"/>
    <w:rsid w:val="003D7173"/>
    <w:rsid w:val="003D74A3"/>
    <w:rsid w:val="003E2CE6"/>
    <w:rsid w:val="003E3479"/>
    <w:rsid w:val="003E3BCA"/>
    <w:rsid w:val="003F215C"/>
    <w:rsid w:val="003F278D"/>
    <w:rsid w:val="003F2E3E"/>
    <w:rsid w:val="003F393E"/>
    <w:rsid w:val="003F5930"/>
    <w:rsid w:val="00400BA0"/>
    <w:rsid w:val="00403CD5"/>
    <w:rsid w:val="00404AF7"/>
    <w:rsid w:val="00406649"/>
    <w:rsid w:val="00406EB6"/>
    <w:rsid w:val="00410C05"/>
    <w:rsid w:val="004110AF"/>
    <w:rsid w:val="004166AE"/>
    <w:rsid w:val="00420AEB"/>
    <w:rsid w:val="00420AF8"/>
    <w:rsid w:val="00420DA3"/>
    <w:rsid w:val="0042167E"/>
    <w:rsid w:val="00422A8E"/>
    <w:rsid w:val="00423589"/>
    <w:rsid w:val="00426634"/>
    <w:rsid w:val="0042704D"/>
    <w:rsid w:val="004279B8"/>
    <w:rsid w:val="00427C63"/>
    <w:rsid w:val="00427FBF"/>
    <w:rsid w:val="00431BDB"/>
    <w:rsid w:val="00433E3E"/>
    <w:rsid w:val="0043413B"/>
    <w:rsid w:val="00437CB2"/>
    <w:rsid w:val="0044473B"/>
    <w:rsid w:val="00445FC1"/>
    <w:rsid w:val="004506FD"/>
    <w:rsid w:val="00450A92"/>
    <w:rsid w:val="00451B43"/>
    <w:rsid w:val="00455632"/>
    <w:rsid w:val="00457026"/>
    <w:rsid w:val="004571B1"/>
    <w:rsid w:val="00460CB5"/>
    <w:rsid w:val="00462025"/>
    <w:rsid w:val="0046293A"/>
    <w:rsid w:val="004632D8"/>
    <w:rsid w:val="00466A97"/>
    <w:rsid w:val="00471120"/>
    <w:rsid w:val="00475738"/>
    <w:rsid w:val="00482008"/>
    <w:rsid w:val="00482E43"/>
    <w:rsid w:val="004833EB"/>
    <w:rsid w:val="00487E5C"/>
    <w:rsid w:val="0049039B"/>
    <w:rsid w:val="00490584"/>
    <w:rsid w:val="00490D79"/>
    <w:rsid w:val="004952EC"/>
    <w:rsid w:val="00495E55"/>
    <w:rsid w:val="00497043"/>
    <w:rsid w:val="00497A35"/>
    <w:rsid w:val="00497AF0"/>
    <w:rsid w:val="004A31F7"/>
    <w:rsid w:val="004A3B20"/>
    <w:rsid w:val="004A4F6A"/>
    <w:rsid w:val="004A53EE"/>
    <w:rsid w:val="004A772C"/>
    <w:rsid w:val="004B0AF7"/>
    <w:rsid w:val="004B1865"/>
    <w:rsid w:val="004B4723"/>
    <w:rsid w:val="004B4B49"/>
    <w:rsid w:val="004B7B4F"/>
    <w:rsid w:val="004C01AE"/>
    <w:rsid w:val="004C0C6D"/>
    <w:rsid w:val="004C199C"/>
    <w:rsid w:val="004C34B0"/>
    <w:rsid w:val="004C6365"/>
    <w:rsid w:val="004D0CD6"/>
    <w:rsid w:val="004D136C"/>
    <w:rsid w:val="004D3C60"/>
    <w:rsid w:val="004D5883"/>
    <w:rsid w:val="004D631E"/>
    <w:rsid w:val="004D6B60"/>
    <w:rsid w:val="004E0EA3"/>
    <w:rsid w:val="004E1BC4"/>
    <w:rsid w:val="004E3E0B"/>
    <w:rsid w:val="004E579C"/>
    <w:rsid w:val="004E5C6E"/>
    <w:rsid w:val="004F1C0D"/>
    <w:rsid w:val="004F261F"/>
    <w:rsid w:val="004F4647"/>
    <w:rsid w:val="004F4CA9"/>
    <w:rsid w:val="004F5231"/>
    <w:rsid w:val="004F683E"/>
    <w:rsid w:val="004F6F10"/>
    <w:rsid w:val="0050084A"/>
    <w:rsid w:val="00500B6B"/>
    <w:rsid w:val="00500EBA"/>
    <w:rsid w:val="0050101C"/>
    <w:rsid w:val="00506A4E"/>
    <w:rsid w:val="00510C83"/>
    <w:rsid w:val="00510F6B"/>
    <w:rsid w:val="0051518D"/>
    <w:rsid w:val="00515213"/>
    <w:rsid w:val="005166C0"/>
    <w:rsid w:val="00516B35"/>
    <w:rsid w:val="005173FD"/>
    <w:rsid w:val="00520056"/>
    <w:rsid w:val="00521C44"/>
    <w:rsid w:val="0052360B"/>
    <w:rsid w:val="005263A7"/>
    <w:rsid w:val="00527635"/>
    <w:rsid w:val="00530CAA"/>
    <w:rsid w:val="00533999"/>
    <w:rsid w:val="005348FA"/>
    <w:rsid w:val="005358D0"/>
    <w:rsid w:val="00535E34"/>
    <w:rsid w:val="00535F7C"/>
    <w:rsid w:val="00537369"/>
    <w:rsid w:val="0054018F"/>
    <w:rsid w:val="005437EA"/>
    <w:rsid w:val="00544775"/>
    <w:rsid w:val="00544EF9"/>
    <w:rsid w:val="005518DA"/>
    <w:rsid w:val="00553A87"/>
    <w:rsid w:val="005540EB"/>
    <w:rsid w:val="005613B5"/>
    <w:rsid w:val="00563A83"/>
    <w:rsid w:val="005704E8"/>
    <w:rsid w:val="00571BDB"/>
    <w:rsid w:val="00572B33"/>
    <w:rsid w:val="005778D5"/>
    <w:rsid w:val="00585CE0"/>
    <w:rsid w:val="005916AB"/>
    <w:rsid w:val="00593CE1"/>
    <w:rsid w:val="00593E90"/>
    <w:rsid w:val="00596048"/>
    <w:rsid w:val="00596E6D"/>
    <w:rsid w:val="005A087C"/>
    <w:rsid w:val="005A587B"/>
    <w:rsid w:val="005A678D"/>
    <w:rsid w:val="005B5654"/>
    <w:rsid w:val="005B7A67"/>
    <w:rsid w:val="005C03F9"/>
    <w:rsid w:val="005C222C"/>
    <w:rsid w:val="005C2BF7"/>
    <w:rsid w:val="005C3F3A"/>
    <w:rsid w:val="005C435D"/>
    <w:rsid w:val="005C4432"/>
    <w:rsid w:val="005C4BD1"/>
    <w:rsid w:val="005C6D06"/>
    <w:rsid w:val="005D1FD1"/>
    <w:rsid w:val="005D37C7"/>
    <w:rsid w:val="005D4E4F"/>
    <w:rsid w:val="005D6151"/>
    <w:rsid w:val="005D62C6"/>
    <w:rsid w:val="005E0127"/>
    <w:rsid w:val="005E1E19"/>
    <w:rsid w:val="005E25FD"/>
    <w:rsid w:val="005E5674"/>
    <w:rsid w:val="005E5C35"/>
    <w:rsid w:val="005E60D0"/>
    <w:rsid w:val="005E6C86"/>
    <w:rsid w:val="005E7A17"/>
    <w:rsid w:val="005F09DE"/>
    <w:rsid w:val="005F1F08"/>
    <w:rsid w:val="005F579F"/>
    <w:rsid w:val="005F5A2C"/>
    <w:rsid w:val="005F7465"/>
    <w:rsid w:val="00600CD8"/>
    <w:rsid w:val="00600F0C"/>
    <w:rsid w:val="006042DE"/>
    <w:rsid w:val="006058BD"/>
    <w:rsid w:val="00607419"/>
    <w:rsid w:val="006121A4"/>
    <w:rsid w:val="006121BA"/>
    <w:rsid w:val="00614013"/>
    <w:rsid w:val="006144F9"/>
    <w:rsid w:val="00615BB2"/>
    <w:rsid w:val="006170AC"/>
    <w:rsid w:val="0061753A"/>
    <w:rsid w:val="00621DCC"/>
    <w:rsid w:val="006221A4"/>
    <w:rsid w:val="00622B78"/>
    <w:rsid w:val="00622F83"/>
    <w:rsid w:val="00623AE6"/>
    <w:rsid w:val="006248CF"/>
    <w:rsid w:val="00626B4F"/>
    <w:rsid w:val="00626F49"/>
    <w:rsid w:val="00626F58"/>
    <w:rsid w:val="006306CF"/>
    <w:rsid w:val="0063072C"/>
    <w:rsid w:val="00631234"/>
    <w:rsid w:val="00632526"/>
    <w:rsid w:val="006335D5"/>
    <w:rsid w:val="00636527"/>
    <w:rsid w:val="00636AA7"/>
    <w:rsid w:val="00636E68"/>
    <w:rsid w:val="006414D4"/>
    <w:rsid w:val="00643FCA"/>
    <w:rsid w:val="0064731E"/>
    <w:rsid w:val="00650B94"/>
    <w:rsid w:val="006510B7"/>
    <w:rsid w:val="00651959"/>
    <w:rsid w:val="006524C0"/>
    <w:rsid w:val="006537D5"/>
    <w:rsid w:val="0065562B"/>
    <w:rsid w:val="00660811"/>
    <w:rsid w:val="0066397A"/>
    <w:rsid w:val="00664DFE"/>
    <w:rsid w:val="00666B68"/>
    <w:rsid w:val="00666E8B"/>
    <w:rsid w:val="00670EC1"/>
    <w:rsid w:val="00670F21"/>
    <w:rsid w:val="00671AD9"/>
    <w:rsid w:val="00672D85"/>
    <w:rsid w:val="0068240D"/>
    <w:rsid w:val="0068344E"/>
    <w:rsid w:val="00683850"/>
    <w:rsid w:val="006861E8"/>
    <w:rsid w:val="006872D4"/>
    <w:rsid w:val="0068735A"/>
    <w:rsid w:val="00690660"/>
    <w:rsid w:val="00690F4A"/>
    <w:rsid w:val="00691454"/>
    <w:rsid w:val="00695513"/>
    <w:rsid w:val="00695A41"/>
    <w:rsid w:val="00697321"/>
    <w:rsid w:val="006A08E7"/>
    <w:rsid w:val="006A1541"/>
    <w:rsid w:val="006A4F42"/>
    <w:rsid w:val="006A6334"/>
    <w:rsid w:val="006A7650"/>
    <w:rsid w:val="006A7F5F"/>
    <w:rsid w:val="006B1915"/>
    <w:rsid w:val="006B4ACE"/>
    <w:rsid w:val="006B4F8F"/>
    <w:rsid w:val="006B6E99"/>
    <w:rsid w:val="006C0F87"/>
    <w:rsid w:val="006C4AE9"/>
    <w:rsid w:val="006C5943"/>
    <w:rsid w:val="006C5EBC"/>
    <w:rsid w:val="006C7157"/>
    <w:rsid w:val="006D150A"/>
    <w:rsid w:val="006D29A7"/>
    <w:rsid w:val="006D3EF8"/>
    <w:rsid w:val="006D6EF6"/>
    <w:rsid w:val="006E2DE4"/>
    <w:rsid w:val="006E33FA"/>
    <w:rsid w:val="006E343F"/>
    <w:rsid w:val="006E4C20"/>
    <w:rsid w:val="006E6862"/>
    <w:rsid w:val="006E72D8"/>
    <w:rsid w:val="006F040D"/>
    <w:rsid w:val="006F1B75"/>
    <w:rsid w:val="006F1E21"/>
    <w:rsid w:val="006F1E2A"/>
    <w:rsid w:val="006F2347"/>
    <w:rsid w:val="006F395E"/>
    <w:rsid w:val="006F44A7"/>
    <w:rsid w:val="006F639B"/>
    <w:rsid w:val="00702001"/>
    <w:rsid w:val="00705497"/>
    <w:rsid w:val="00706E52"/>
    <w:rsid w:val="00707216"/>
    <w:rsid w:val="0071117B"/>
    <w:rsid w:val="007136D1"/>
    <w:rsid w:val="00724DE2"/>
    <w:rsid w:val="007304BC"/>
    <w:rsid w:val="00731505"/>
    <w:rsid w:val="00734AE1"/>
    <w:rsid w:val="00735C24"/>
    <w:rsid w:val="00741231"/>
    <w:rsid w:val="007420A3"/>
    <w:rsid w:val="007500AC"/>
    <w:rsid w:val="00750ABD"/>
    <w:rsid w:val="00751100"/>
    <w:rsid w:val="00752F0F"/>
    <w:rsid w:val="00753680"/>
    <w:rsid w:val="0075384C"/>
    <w:rsid w:val="0075563C"/>
    <w:rsid w:val="00762057"/>
    <w:rsid w:val="007628CB"/>
    <w:rsid w:val="00764C36"/>
    <w:rsid w:val="00764C7A"/>
    <w:rsid w:val="007678B0"/>
    <w:rsid w:val="007679FC"/>
    <w:rsid w:val="00767DFE"/>
    <w:rsid w:val="00770C15"/>
    <w:rsid w:val="00770FBB"/>
    <w:rsid w:val="00771C06"/>
    <w:rsid w:val="00772D2A"/>
    <w:rsid w:val="00775507"/>
    <w:rsid w:val="0078114D"/>
    <w:rsid w:val="00781972"/>
    <w:rsid w:val="00785A73"/>
    <w:rsid w:val="00787D6C"/>
    <w:rsid w:val="00792D71"/>
    <w:rsid w:val="00793535"/>
    <w:rsid w:val="00795F57"/>
    <w:rsid w:val="00796128"/>
    <w:rsid w:val="00796CD8"/>
    <w:rsid w:val="007970D3"/>
    <w:rsid w:val="007976BB"/>
    <w:rsid w:val="0079794E"/>
    <w:rsid w:val="007A07A9"/>
    <w:rsid w:val="007A1116"/>
    <w:rsid w:val="007A2020"/>
    <w:rsid w:val="007A6358"/>
    <w:rsid w:val="007B0815"/>
    <w:rsid w:val="007B239C"/>
    <w:rsid w:val="007B36DE"/>
    <w:rsid w:val="007B563F"/>
    <w:rsid w:val="007B76DA"/>
    <w:rsid w:val="007C106E"/>
    <w:rsid w:val="007C1A73"/>
    <w:rsid w:val="007C28B1"/>
    <w:rsid w:val="007C2914"/>
    <w:rsid w:val="007C3D6B"/>
    <w:rsid w:val="007C406B"/>
    <w:rsid w:val="007C741D"/>
    <w:rsid w:val="007D342C"/>
    <w:rsid w:val="007E02AF"/>
    <w:rsid w:val="007E089F"/>
    <w:rsid w:val="007E591D"/>
    <w:rsid w:val="007E6186"/>
    <w:rsid w:val="007F66FE"/>
    <w:rsid w:val="00800D14"/>
    <w:rsid w:val="0080314C"/>
    <w:rsid w:val="008052D7"/>
    <w:rsid w:val="00806A1B"/>
    <w:rsid w:val="00811FC5"/>
    <w:rsid w:val="008129C7"/>
    <w:rsid w:val="00817DAE"/>
    <w:rsid w:val="00820EEC"/>
    <w:rsid w:val="00822F2F"/>
    <w:rsid w:val="008230E5"/>
    <w:rsid w:val="00825422"/>
    <w:rsid w:val="008256CF"/>
    <w:rsid w:val="00825B72"/>
    <w:rsid w:val="008274D0"/>
    <w:rsid w:val="00830553"/>
    <w:rsid w:val="00832078"/>
    <w:rsid w:val="00832AA9"/>
    <w:rsid w:val="00834EB7"/>
    <w:rsid w:val="00840494"/>
    <w:rsid w:val="00840FEB"/>
    <w:rsid w:val="0084460F"/>
    <w:rsid w:val="00845AC7"/>
    <w:rsid w:val="008554B3"/>
    <w:rsid w:val="00855918"/>
    <w:rsid w:val="00863158"/>
    <w:rsid w:val="00863AB0"/>
    <w:rsid w:val="00864C46"/>
    <w:rsid w:val="00865130"/>
    <w:rsid w:val="00865DA1"/>
    <w:rsid w:val="008661DC"/>
    <w:rsid w:val="00866945"/>
    <w:rsid w:val="00867D1D"/>
    <w:rsid w:val="00871166"/>
    <w:rsid w:val="00874629"/>
    <w:rsid w:val="00875CDD"/>
    <w:rsid w:val="0087639A"/>
    <w:rsid w:val="0087666D"/>
    <w:rsid w:val="00876EE9"/>
    <w:rsid w:val="0088293E"/>
    <w:rsid w:val="008831BA"/>
    <w:rsid w:val="0088448A"/>
    <w:rsid w:val="008879D7"/>
    <w:rsid w:val="00892290"/>
    <w:rsid w:val="0089324B"/>
    <w:rsid w:val="008A0BC0"/>
    <w:rsid w:val="008A4C20"/>
    <w:rsid w:val="008A6699"/>
    <w:rsid w:val="008A6BD1"/>
    <w:rsid w:val="008B39C9"/>
    <w:rsid w:val="008B4585"/>
    <w:rsid w:val="008B61BB"/>
    <w:rsid w:val="008B6AF0"/>
    <w:rsid w:val="008B6F03"/>
    <w:rsid w:val="008C04B2"/>
    <w:rsid w:val="008C1463"/>
    <w:rsid w:val="008C1515"/>
    <w:rsid w:val="008C331F"/>
    <w:rsid w:val="008D24A3"/>
    <w:rsid w:val="008D2E94"/>
    <w:rsid w:val="008D51A7"/>
    <w:rsid w:val="008D59FF"/>
    <w:rsid w:val="008E4A53"/>
    <w:rsid w:val="008F284A"/>
    <w:rsid w:val="008F292C"/>
    <w:rsid w:val="008F335B"/>
    <w:rsid w:val="008F50D8"/>
    <w:rsid w:val="008F52FD"/>
    <w:rsid w:val="008F5483"/>
    <w:rsid w:val="008F68DA"/>
    <w:rsid w:val="00901616"/>
    <w:rsid w:val="00902E5B"/>
    <w:rsid w:val="00904053"/>
    <w:rsid w:val="00910A1B"/>
    <w:rsid w:val="00913D12"/>
    <w:rsid w:val="00917D53"/>
    <w:rsid w:val="00917F31"/>
    <w:rsid w:val="0092147D"/>
    <w:rsid w:val="00923412"/>
    <w:rsid w:val="009251D4"/>
    <w:rsid w:val="00930284"/>
    <w:rsid w:val="00933B7C"/>
    <w:rsid w:val="00933F9B"/>
    <w:rsid w:val="0093600A"/>
    <w:rsid w:val="00936C16"/>
    <w:rsid w:val="0093785F"/>
    <w:rsid w:val="00941EAB"/>
    <w:rsid w:val="00942F46"/>
    <w:rsid w:val="009433BC"/>
    <w:rsid w:val="009458C7"/>
    <w:rsid w:val="009459AC"/>
    <w:rsid w:val="00947B16"/>
    <w:rsid w:val="00952890"/>
    <w:rsid w:val="00954CB8"/>
    <w:rsid w:val="00960482"/>
    <w:rsid w:val="00963990"/>
    <w:rsid w:val="00963C19"/>
    <w:rsid w:val="009709DB"/>
    <w:rsid w:val="00973639"/>
    <w:rsid w:val="009769C0"/>
    <w:rsid w:val="00980A92"/>
    <w:rsid w:val="0098340C"/>
    <w:rsid w:val="00984ABC"/>
    <w:rsid w:val="00985018"/>
    <w:rsid w:val="00985031"/>
    <w:rsid w:val="00985141"/>
    <w:rsid w:val="00985628"/>
    <w:rsid w:val="0098782D"/>
    <w:rsid w:val="0099021E"/>
    <w:rsid w:val="00992231"/>
    <w:rsid w:val="00992CF5"/>
    <w:rsid w:val="00993094"/>
    <w:rsid w:val="0099357A"/>
    <w:rsid w:val="00997666"/>
    <w:rsid w:val="009A0922"/>
    <w:rsid w:val="009A1366"/>
    <w:rsid w:val="009A30D1"/>
    <w:rsid w:val="009A3897"/>
    <w:rsid w:val="009A4862"/>
    <w:rsid w:val="009A77E1"/>
    <w:rsid w:val="009B0296"/>
    <w:rsid w:val="009B43CF"/>
    <w:rsid w:val="009B6031"/>
    <w:rsid w:val="009B6A24"/>
    <w:rsid w:val="009C003E"/>
    <w:rsid w:val="009C133B"/>
    <w:rsid w:val="009C21E8"/>
    <w:rsid w:val="009C7048"/>
    <w:rsid w:val="009D0869"/>
    <w:rsid w:val="009D2F48"/>
    <w:rsid w:val="009D32AB"/>
    <w:rsid w:val="009D46AB"/>
    <w:rsid w:val="009E2789"/>
    <w:rsid w:val="009E38B6"/>
    <w:rsid w:val="009E3EC4"/>
    <w:rsid w:val="009E4319"/>
    <w:rsid w:val="009E439A"/>
    <w:rsid w:val="009E568A"/>
    <w:rsid w:val="009E5980"/>
    <w:rsid w:val="009E7AB4"/>
    <w:rsid w:val="009E7EDE"/>
    <w:rsid w:val="009F00C7"/>
    <w:rsid w:val="009F1F94"/>
    <w:rsid w:val="009F2386"/>
    <w:rsid w:val="009F4B51"/>
    <w:rsid w:val="009F5009"/>
    <w:rsid w:val="009F6FCC"/>
    <w:rsid w:val="00A01B05"/>
    <w:rsid w:val="00A03FF3"/>
    <w:rsid w:val="00A045AC"/>
    <w:rsid w:val="00A048EE"/>
    <w:rsid w:val="00A052D6"/>
    <w:rsid w:val="00A106E8"/>
    <w:rsid w:val="00A10D93"/>
    <w:rsid w:val="00A139B3"/>
    <w:rsid w:val="00A13FB9"/>
    <w:rsid w:val="00A15189"/>
    <w:rsid w:val="00A21999"/>
    <w:rsid w:val="00A21BEC"/>
    <w:rsid w:val="00A256A5"/>
    <w:rsid w:val="00A25D3E"/>
    <w:rsid w:val="00A269FF"/>
    <w:rsid w:val="00A30042"/>
    <w:rsid w:val="00A3070A"/>
    <w:rsid w:val="00A3455D"/>
    <w:rsid w:val="00A444C6"/>
    <w:rsid w:val="00A45B80"/>
    <w:rsid w:val="00A46E21"/>
    <w:rsid w:val="00A472DD"/>
    <w:rsid w:val="00A4791E"/>
    <w:rsid w:val="00A4796F"/>
    <w:rsid w:val="00A50C7F"/>
    <w:rsid w:val="00A51848"/>
    <w:rsid w:val="00A56EE0"/>
    <w:rsid w:val="00A57512"/>
    <w:rsid w:val="00A57E2E"/>
    <w:rsid w:val="00A6284F"/>
    <w:rsid w:val="00A649EB"/>
    <w:rsid w:val="00A64D82"/>
    <w:rsid w:val="00A64F4D"/>
    <w:rsid w:val="00A66B9D"/>
    <w:rsid w:val="00A74436"/>
    <w:rsid w:val="00A75FC0"/>
    <w:rsid w:val="00A76390"/>
    <w:rsid w:val="00A775AF"/>
    <w:rsid w:val="00A77E63"/>
    <w:rsid w:val="00A8388D"/>
    <w:rsid w:val="00A83B2F"/>
    <w:rsid w:val="00A84B86"/>
    <w:rsid w:val="00A9137B"/>
    <w:rsid w:val="00A92C4A"/>
    <w:rsid w:val="00A950B2"/>
    <w:rsid w:val="00A95205"/>
    <w:rsid w:val="00A97520"/>
    <w:rsid w:val="00AA1D8D"/>
    <w:rsid w:val="00AA2234"/>
    <w:rsid w:val="00AA2C1C"/>
    <w:rsid w:val="00AA4DA2"/>
    <w:rsid w:val="00AA5FBE"/>
    <w:rsid w:val="00AA6899"/>
    <w:rsid w:val="00AB263D"/>
    <w:rsid w:val="00AB2C4D"/>
    <w:rsid w:val="00AB3A42"/>
    <w:rsid w:val="00AB3CC6"/>
    <w:rsid w:val="00AB5034"/>
    <w:rsid w:val="00AB625E"/>
    <w:rsid w:val="00AB6A32"/>
    <w:rsid w:val="00AB724F"/>
    <w:rsid w:val="00AB7B77"/>
    <w:rsid w:val="00AC1489"/>
    <w:rsid w:val="00AC1509"/>
    <w:rsid w:val="00AC215D"/>
    <w:rsid w:val="00AC291D"/>
    <w:rsid w:val="00AC4DFC"/>
    <w:rsid w:val="00AC5EE6"/>
    <w:rsid w:val="00AD0591"/>
    <w:rsid w:val="00AD2648"/>
    <w:rsid w:val="00AD434F"/>
    <w:rsid w:val="00AD4855"/>
    <w:rsid w:val="00AD5609"/>
    <w:rsid w:val="00AD6199"/>
    <w:rsid w:val="00AD6C53"/>
    <w:rsid w:val="00AD74B4"/>
    <w:rsid w:val="00AD7642"/>
    <w:rsid w:val="00AE0ACB"/>
    <w:rsid w:val="00AE3CC2"/>
    <w:rsid w:val="00AE44D6"/>
    <w:rsid w:val="00AE576B"/>
    <w:rsid w:val="00AE740F"/>
    <w:rsid w:val="00AF2030"/>
    <w:rsid w:val="00AF3879"/>
    <w:rsid w:val="00AF415D"/>
    <w:rsid w:val="00AF4620"/>
    <w:rsid w:val="00AF4C57"/>
    <w:rsid w:val="00AF4C9C"/>
    <w:rsid w:val="00AF7FCC"/>
    <w:rsid w:val="00B0010B"/>
    <w:rsid w:val="00B00CFF"/>
    <w:rsid w:val="00B01A66"/>
    <w:rsid w:val="00B01CEC"/>
    <w:rsid w:val="00B02AF8"/>
    <w:rsid w:val="00B0340D"/>
    <w:rsid w:val="00B03D76"/>
    <w:rsid w:val="00B040D3"/>
    <w:rsid w:val="00B04109"/>
    <w:rsid w:val="00B0433E"/>
    <w:rsid w:val="00B050DB"/>
    <w:rsid w:val="00B07318"/>
    <w:rsid w:val="00B1795C"/>
    <w:rsid w:val="00B20701"/>
    <w:rsid w:val="00B20F3E"/>
    <w:rsid w:val="00B2187F"/>
    <w:rsid w:val="00B241B5"/>
    <w:rsid w:val="00B2506F"/>
    <w:rsid w:val="00B2584E"/>
    <w:rsid w:val="00B273AB"/>
    <w:rsid w:val="00B275B9"/>
    <w:rsid w:val="00B41A64"/>
    <w:rsid w:val="00B443ED"/>
    <w:rsid w:val="00B465CF"/>
    <w:rsid w:val="00B47730"/>
    <w:rsid w:val="00B47DAD"/>
    <w:rsid w:val="00B50D70"/>
    <w:rsid w:val="00B51693"/>
    <w:rsid w:val="00B522E3"/>
    <w:rsid w:val="00B52DF6"/>
    <w:rsid w:val="00B558B0"/>
    <w:rsid w:val="00B559B1"/>
    <w:rsid w:val="00B567DE"/>
    <w:rsid w:val="00B569C3"/>
    <w:rsid w:val="00B56AE9"/>
    <w:rsid w:val="00B579CD"/>
    <w:rsid w:val="00B64A9C"/>
    <w:rsid w:val="00B65A6A"/>
    <w:rsid w:val="00B72898"/>
    <w:rsid w:val="00B74842"/>
    <w:rsid w:val="00B757A3"/>
    <w:rsid w:val="00B767B4"/>
    <w:rsid w:val="00B76B81"/>
    <w:rsid w:val="00B77586"/>
    <w:rsid w:val="00B80BD0"/>
    <w:rsid w:val="00B83A20"/>
    <w:rsid w:val="00B857D3"/>
    <w:rsid w:val="00B86490"/>
    <w:rsid w:val="00B86E2C"/>
    <w:rsid w:val="00B87DCA"/>
    <w:rsid w:val="00B961A7"/>
    <w:rsid w:val="00B969FE"/>
    <w:rsid w:val="00BA06C9"/>
    <w:rsid w:val="00BA1FF9"/>
    <w:rsid w:val="00BA326F"/>
    <w:rsid w:val="00BA492C"/>
    <w:rsid w:val="00BA50EF"/>
    <w:rsid w:val="00BA58F6"/>
    <w:rsid w:val="00BA64BC"/>
    <w:rsid w:val="00BA6D46"/>
    <w:rsid w:val="00BB0AFC"/>
    <w:rsid w:val="00BB28A0"/>
    <w:rsid w:val="00BB2973"/>
    <w:rsid w:val="00BB51A9"/>
    <w:rsid w:val="00BB5373"/>
    <w:rsid w:val="00BB5ECD"/>
    <w:rsid w:val="00BB7550"/>
    <w:rsid w:val="00BC178F"/>
    <w:rsid w:val="00BC1CDE"/>
    <w:rsid w:val="00BC7A9D"/>
    <w:rsid w:val="00BD0039"/>
    <w:rsid w:val="00BD2620"/>
    <w:rsid w:val="00BD424A"/>
    <w:rsid w:val="00BE065E"/>
    <w:rsid w:val="00BE089F"/>
    <w:rsid w:val="00BE40B4"/>
    <w:rsid w:val="00BE415A"/>
    <w:rsid w:val="00BE51DA"/>
    <w:rsid w:val="00BE7285"/>
    <w:rsid w:val="00BF1FE1"/>
    <w:rsid w:val="00BF44CE"/>
    <w:rsid w:val="00C00392"/>
    <w:rsid w:val="00C04520"/>
    <w:rsid w:val="00C0597A"/>
    <w:rsid w:val="00C062F3"/>
    <w:rsid w:val="00C06F5C"/>
    <w:rsid w:val="00C12841"/>
    <w:rsid w:val="00C164D1"/>
    <w:rsid w:val="00C1711B"/>
    <w:rsid w:val="00C23097"/>
    <w:rsid w:val="00C26181"/>
    <w:rsid w:val="00C27467"/>
    <w:rsid w:val="00C2786E"/>
    <w:rsid w:val="00C300BF"/>
    <w:rsid w:val="00C30B2C"/>
    <w:rsid w:val="00C30D7F"/>
    <w:rsid w:val="00C30E88"/>
    <w:rsid w:val="00C31578"/>
    <w:rsid w:val="00C335EE"/>
    <w:rsid w:val="00C401F2"/>
    <w:rsid w:val="00C40A56"/>
    <w:rsid w:val="00C457AF"/>
    <w:rsid w:val="00C45D98"/>
    <w:rsid w:val="00C475A9"/>
    <w:rsid w:val="00C50744"/>
    <w:rsid w:val="00C52FCF"/>
    <w:rsid w:val="00C550E8"/>
    <w:rsid w:val="00C620C4"/>
    <w:rsid w:val="00C6425D"/>
    <w:rsid w:val="00C6671A"/>
    <w:rsid w:val="00C778FE"/>
    <w:rsid w:val="00C80CEB"/>
    <w:rsid w:val="00C812F3"/>
    <w:rsid w:val="00C82559"/>
    <w:rsid w:val="00C831A8"/>
    <w:rsid w:val="00C84E43"/>
    <w:rsid w:val="00C86689"/>
    <w:rsid w:val="00C916B9"/>
    <w:rsid w:val="00C92028"/>
    <w:rsid w:val="00C9316F"/>
    <w:rsid w:val="00C93D58"/>
    <w:rsid w:val="00C93F2F"/>
    <w:rsid w:val="00CA07A8"/>
    <w:rsid w:val="00CA14DC"/>
    <w:rsid w:val="00CA4598"/>
    <w:rsid w:val="00CA4CFF"/>
    <w:rsid w:val="00CB0664"/>
    <w:rsid w:val="00CB3DE4"/>
    <w:rsid w:val="00CB4FB1"/>
    <w:rsid w:val="00CB7BBD"/>
    <w:rsid w:val="00CC0E16"/>
    <w:rsid w:val="00CC1767"/>
    <w:rsid w:val="00CC28D0"/>
    <w:rsid w:val="00CC3F49"/>
    <w:rsid w:val="00CD0799"/>
    <w:rsid w:val="00CD4C5D"/>
    <w:rsid w:val="00CD6A25"/>
    <w:rsid w:val="00CD6FE8"/>
    <w:rsid w:val="00CE065A"/>
    <w:rsid w:val="00CE16EC"/>
    <w:rsid w:val="00CE1C80"/>
    <w:rsid w:val="00CE687C"/>
    <w:rsid w:val="00CE68B6"/>
    <w:rsid w:val="00CF1AE0"/>
    <w:rsid w:val="00CF1EA7"/>
    <w:rsid w:val="00CF2E13"/>
    <w:rsid w:val="00D02C2C"/>
    <w:rsid w:val="00D0321D"/>
    <w:rsid w:val="00D0334D"/>
    <w:rsid w:val="00D03E87"/>
    <w:rsid w:val="00D04190"/>
    <w:rsid w:val="00D0607C"/>
    <w:rsid w:val="00D07A1E"/>
    <w:rsid w:val="00D1086A"/>
    <w:rsid w:val="00D10F84"/>
    <w:rsid w:val="00D11E65"/>
    <w:rsid w:val="00D13257"/>
    <w:rsid w:val="00D14D3D"/>
    <w:rsid w:val="00D1580E"/>
    <w:rsid w:val="00D16B15"/>
    <w:rsid w:val="00D22003"/>
    <w:rsid w:val="00D22B64"/>
    <w:rsid w:val="00D2335D"/>
    <w:rsid w:val="00D24AA6"/>
    <w:rsid w:val="00D274BB"/>
    <w:rsid w:val="00D31AA4"/>
    <w:rsid w:val="00D32F0F"/>
    <w:rsid w:val="00D3342A"/>
    <w:rsid w:val="00D3523A"/>
    <w:rsid w:val="00D358D6"/>
    <w:rsid w:val="00D36785"/>
    <w:rsid w:val="00D374C9"/>
    <w:rsid w:val="00D4080E"/>
    <w:rsid w:val="00D44A29"/>
    <w:rsid w:val="00D475EF"/>
    <w:rsid w:val="00D51100"/>
    <w:rsid w:val="00D5269A"/>
    <w:rsid w:val="00D53BC6"/>
    <w:rsid w:val="00D540EF"/>
    <w:rsid w:val="00D5598C"/>
    <w:rsid w:val="00D619B7"/>
    <w:rsid w:val="00D62F45"/>
    <w:rsid w:val="00D63971"/>
    <w:rsid w:val="00D65B89"/>
    <w:rsid w:val="00D66DC7"/>
    <w:rsid w:val="00D71032"/>
    <w:rsid w:val="00D71C62"/>
    <w:rsid w:val="00D727C9"/>
    <w:rsid w:val="00D73390"/>
    <w:rsid w:val="00D77238"/>
    <w:rsid w:val="00D819AF"/>
    <w:rsid w:val="00D8678A"/>
    <w:rsid w:val="00D87864"/>
    <w:rsid w:val="00D91455"/>
    <w:rsid w:val="00D95117"/>
    <w:rsid w:val="00D9542E"/>
    <w:rsid w:val="00D955C5"/>
    <w:rsid w:val="00D97EFD"/>
    <w:rsid w:val="00DA6143"/>
    <w:rsid w:val="00DA63DB"/>
    <w:rsid w:val="00DA7897"/>
    <w:rsid w:val="00DB075C"/>
    <w:rsid w:val="00DB0953"/>
    <w:rsid w:val="00DB09CD"/>
    <w:rsid w:val="00DB269A"/>
    <w:rsid w:val="00DB4E81"/>
    <w:rsid w:val="00DB4ED0"/>
    <w:rsid w:val="00DB6BA1"/>
    <w:rsid w:val="00DC0DC6"/>
    <w:rsid w:val="00DC219E"/>
    <w:rsid w:val="00DC320B"/>
    <w:rsid w:val="00DC32E3"/>
    <w:rsid w:val="00DC42A8"/>
    <w:rsid w:val="00DD21EC"/>
    <w:rsid w:val="00DD2896"/>
    <w:rsid w:val="00DD2C2F"/>
    <w:rsid w:val="00DD2E60"/>
    <w:rsid w:val="00DE1383"/>
    <w:rsid w:val="00DE22E4"/>
    <w:rsid w:val="00DE349B"/>
    <w:rsid w:val="00DE4991"/>
    <w:rsid w:val="00DE5A6C"/>
    <w:rsid w:val="00DE6114"/>
    <w:rsid w:val="00DE7365"/>
    <w:rsid w:val="00DE7542"/>
    <w:rsid w:val="00DF2005"/>
    <w:rsid w:val="00DF285F"/>
    <w:rsid w:val="00DF4AE4"/>
    <w:rsid w:val="00DF5C23"/>
    <w:rsid w:val="00DF7E52"/>
    <w:rsid w:val="00E00560"/>
    <w:rsid w:val="00E01E4F"/>
    <w:rsid w:val="00E03AE8"/>
    <w:rsid w:val="00E04A9C"/>
    <w:rsid w:val="00E062BC"/>
    <w:rsid w:val="00E13092"/>
    <w:rsid w:val="00E13455"/>
    <w:rsid w:val="00E13931"/>
    <w:rsid w:val="00E13D0C"/>
    <w:rsid w:val="00E154E6"/>
    <w:rsid w:val="00E21869"/>
    <w:rsid w:val="00E22AFE"/>
    <w:rsid w:val="00E22D72"/>
    <w:rsid w:val="00E22F06"/>
    <w:rsid w:val="00E249AB"/>
    <w:rsid w:val="00E262AD"/>
    <w:rsid w:val="00E322F7"/>
    <w:rsid w:val="00E3247D"/>
    <w:rsid w:val="00E32CD4"/>
    <w:rsid w:val="00E338CD"/>
    <w:rsid w:val="00E34E4F"/>
    <w:rsid w:val="00E36B27"/>
    <w:rsid w:val="00E36FB6"/>
    <w:rsid w:val="00E3785B"/>
    <w:rsid w:val="00E4298D"/>
    <w:rsid w:val="00E458B2"/>
    <w:rsid w:val="00E4710F"/>
    <w:rsid w:val="00E52C8D"/>
    <w:rsid w:val="00E536BD"/>
    <w:rsid w:val="00E5551C"/>
    <w:rsid w:val="00E56F33"/>
    <w:rsid w:val="00E57C10"/>
    <w:rsid w:val="00E604C2"/>
    <w:rsid w:val="00E617F0"/>
    <w:rsid w:val="00E64740"/>
    <w:rsid w:val="00E65DA8"/>
    <w:rsid w:val="00E66477"/>
    <w:rsid w:val="00E66AB1"/>
    <w:rsid w:val="00E6773E"/>
    <w:rsid w:val="00E67CEC"/>
    <w:rsid w:val="00E73DAA"/>
    <w:rsid w:val="00E76436"/>
    <w:rsid w:val="00E77F2A"/>
    <w:rsid w:val="00E815AC"/>
    <w:rsid w:val="00E822D9"/>
    <w:rsid w:val="00E84513"/>
    <w:rsid w:val="00E84995"/>
    <w:rsid w:val="00E84B80"/>
    <w:rsid w:val="00E85CF0"/>
    <w:rsid w:val="00E85E0E"/>
    <w:rsid w:val="00E94AA6"/>
    <w:rsid w:val="00E94FC4"/>
    <w:rsid w:val="00E95A1E"/>
    <w:rsid w:val="00EA06B2"/>
    <w:rsid w:val="00EA073A"/>
    <w:rsid w:val="00EA1C08"/>
    <w:rsid w:val="00EA3538"/>
    <w:rsid w:val="00EA772E"/>
    <w:rsid w:val="00EB2861"/>
    <w:rsid w:val="00EB52F1"/>
    <w:rsid w:val="00EB64CE"/>
    <w:rsid w:val="00EB7996"/>
    <w:rsid w:val="00EC0C0A"/>
    <w:rsid w:val="00EC42D8"/>
    <w:rsid w:val="00ED0213"/>
    <w:rsid w:val="00ED06EA"/>
    <w:rsid w:val="00ED0F78"/>
    <w:rsid w:val="00ED1DC8"/>
    <w:rsid w:val="00ED568E"/>
    <w:rsid w:val="00EE004F"/>
    <w:rsid w:val="00EE0D76"/>
    <w:rsid w:val="00EE1E3B"/>
    <w:rsid w:val="00EE2A5B"/>
    <w:rsid w:val="00EE2B42"/>
    <w:rsid w:val="00EE5E58"/>
    <w:rsid w:val="00EE6505"/>
    <w:rsid w:val="00EF04B6"/>
    <w:rsid w:val="00EF424C"/>
    <w:rsid w:val="00EF613B"/>
    <w:rsid w:val="00EF6BDA"/>
    <w:rsid w:val="00EF6DFE"/>
    <w:rsid w:val="00EF7740"/>
    <w:rsid w:val="00EF7CA1"/>
    <w:rsid w:val="00F0034B"/>
    <w:rsid w:val="00F01345"/>
    <w:rsid w:val="00F02EE8"/>
    <w:rsid w:val="00F031B3"/>
    <w:rsid w:val="00F05146"/>
    <w:rsid w:val="00F058AC"/>
    <w:rsid w:val="00F06013"/>
    <w:rsid w:val="00F06EDA"/>
    <w:rsid w:val="00F11B19"/>
    <w:rsid w:val="00F1270D"/>
    <w:rsid w:val="00F149C9"/>
    <w:rsid w:val="00F15A44"/>
    <w:rsid w:val="00F1775D"/>
    <w:rsid w:val="00F2127B"/>
    <w:rsid w:val="00F22E68"/>
    <w:rsid w:val="00F278E0"/>
    <w:rsid w:val="00F27EDF"/>
    <w:rsid w:val="00F312D5"/>
    <w:rsid w:val="00F357BF"/>
    <w:rsid w:val="00F35999"/>
    <w:rsid w:val="00F36066"/>
    <w:rsid w:val="00F36B9A"/>
    <w:rsid w:val="00F373CD"/>
    <w:rsid w:val="00F3748F"/>
    <w:rsid w:val="00F469EC"/>
    <w:rsid w:val="00F477ED"/>
    <w:rsid w:val="00F51536"/>
    <w:rsid w:val="00F529B2"/>
    <w:rsid w:val="00F54724"/>
    <w:rsid w:val="00F5502E"/>
    <w:rsid w:val="00F5555F"/>
    <w:rsid w:val="00F57083"/>
    <w:rsid w:val="00F5758A"/>
    <w:rsid w:val="00F60158"/>
    <w:rsid w:val="00F60334"/>
    <w:rsid w:val="00F62BC5"/>
    <w:rsid w:val="00F66807"/>
    <w:rsid w:val="00F7265A"/>
    <w:rsid w:val="00F740BB"/>
    <w:rsid w:val="00F778F9"/>
    <w:rsid w:val="00F8330F"/>
    <w:rsid w:val="00F838BA"/>
    <w:rsid w:val="00F871E5"/>
    <w:rsid w:val="00F87382"/>
    <w:rsid w:val="00F90A40"/>
    <w:rsid w:val="00F91E46"/>
    <w:rsid w:val="00F95308"/>
    <w:rsid w:val="00F960E4"/>
    <w:rsid w:val="00FA2A42"/>
    <w:rsid w:val="00FA5F7D"/>
    <w:rsid w:val="00FB1D40"/>
    <w:rsid w:val="00FB2DF6"/>
    <w:rsid w:val="00FB320B"/>
    <w:rsid w:val="00FB36D2"/>
    <w:rsid w:val="00FB4151"/>
    <w:rsid w:val="00FB7C90"/>
    <w:rsid w:val="00FC3639"/>
    <w:rsid w:val="00FC42B1"/>
    <w:rsid w:val="00FC4877"/>
    <w:rsid w:val="00FC5276"/>
    <w:rsid w:val="00FC693F"/>
    <w:rsid w:val="00FD1957"/>
    <w:rsid w:val="00FD1FDA"/>
    <w:rsid w:val="00FD30E1"/>
    <w:rsid w:val="00FD5C37"/>
    <w:rsid w:val="00FE011C"/>
    <w:rsid w:val="00FE0303"/>
    <w:rsid w:val="00FE3AD5"/>
    <w:rsid w:val="00FE3D1B"/>
    <w:rsid w:val="00FE5EB3"/>
    <w:rsid w:val="00FE6DD3"/>
    <w:rsid w:val="00FF0B29"/>
    <w:rsid w:val="00FF1546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EFA3873"/>
  <w14:defaultImageDpi w14:val="300"/>
  <w15:docId w15:val="{D2AB5461-955A-4F36-A16D-6F218237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0BC"/>
    <w:pPr>
      <w:spacing w:before="120" w:after="120" w:line="240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B43"/>
    <w:pPr>
      <w:keepNext/>
      <w:keepLines/>
      <w:spacing w:before="240"/>
      <w:jc w:val="left"/>
      <w:outlineLvl w:val="0"/>
    </w:pPr>
    <w:rPr>
      <w:rFonts w:eastAsiaTheme="majorEastAsia" w:cstheme="majorBidi"/>
      <w:b/>
      <w:bCs/>
      <w:color w:val="0070C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EBC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1F497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49EB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1F497D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51B43"/>
    <w:rPr>
      <w:rFonts w:ascii="Times New Roman" w:eastAsiaTheme="majorEastAsia" w:hAnsi="Times New Roman" w:cstheme="majorBidi"/>
      <w:b/>
      <w:bCs/>
      <w:color w:val="0070C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C5EBC"/>
    <w:rPr>
      <w:rFonts w:ascii="Times New Roman" w:eastAsiaTheme="majorEastAsia" w:hAnsi="Times New Roman" w:cstheme="majorBidi"/>
      <w:b/>
      <w:bCs/>
      <w:color w:val="1F497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49EB"/>
    <w:rPr>
      <w:rFonts w:ascii="Times New Roman" w:eastAsiaTheme="majorEastAsia" w:hAnsi="Times New Roman" w:cstheme="majorBidi"/>
      <w:b/>
      <w:bCs/>
      <w:color w:val="1F497D" w:themeColor="text2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865DA1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865DA1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inqyif">
    <w:name w:val="inqyif"/>
    <w:basedOn w:val="DefaultParagraphFont"/>
    <w:rsid w:val="00C164D1"/>
  </w:style>
  <w:style w:type="character" w:customStyle="1" w:styleId="yadgie">
    <w:name w:val="yadgie"/>
    <w:basedOn w:val="DefaultParagraphFont"/>
    <w:rsid w:val="00C164D1"/>
  </w:style>
  <w:style w:type="table" w:styleId="PlainTable2">
    <w:name w:val="Plain Table 2"/>
    <w:basedOn w:val="TableNormal"/>
    <w:uiPriority w:val="99"/>
    <w:rsid w:val="00420A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99"/>
    <w:rsid w:val="00420A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">
    <w:name w:val="正文"/>
    <w:rsid w:val="00451B4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正文文本"/>
    <w:basedOn w:val="Normal"/>
    <w:rsid w:val="00451B43"/>
    <w:pPr>
      <w:widowControl w:val="0"/>
      <w:autoSpaceDE w:val="0"/>
      <w:autoSpaceDN w:val="0"/>
      <w:spacing w:before="0" w:after="0"/>
    </w:pPr>
    <w:rPr>
      <w:rFonts w:eastAsia="Times New Roman" w:cs="Times New Roman"/>
      <w:sz w:val="24"/>
      <w:szCs w:val="24"/>
    </w:rPr>
  </w:style>
  <w:style w:type="character" w:customStyle="1" w:styleId="15">
    <w:name w:val="15"/>
    <w:basedOn w:val="DefaultParagraphFont"/>
    <w:rsid w:val="00451B43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EAA559-A9DF-495B-B893-1A1BE30C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513</cp:revision>
  <cp:lastPrinted>2026-09-29T14:05:00Z</cp:lastPrinted>
  <dcterms:created xsi:type="dcterms:W3CDTF">2026-08-28T17:37:00Z</dcterms:created>
  <dcterms:modified xsi:type="dcterms:W3CDTF">2026-09-29T14:05:00Z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144af27d-4d07-4490-8571-0f59a2ca2093</vt:lpwstr>
  </property>
</Properties>
</file>